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סיפורים ומטמורפוזות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סיפורי מטמורפוזה מרכזיים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דמות, קונפליקט, מטמורפוזה ומסר בסיפור מיתולוגי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מיתוס ככלי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לקול בלבד (הד)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לפרח הנרקיס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הפך לאישה חיה בשם גלתיאה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מה שנגע בו הפך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הוא טס גבוה מדי והכנפיים נמסו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דמות ומטמורפוזה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(הפך לפרח)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(הפכה לקול בלבד (הד))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(הפכה לעכביש)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(הפך לאישה חיה (גלתיאה))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(קיבל כוח להפוך דברים לזהב)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הזה אין שינוי צורה, אלא אש וצרות מתיבה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התגאתה בכישרון האריגה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פיגמליון היה פסל, ומידס הוא זה שרצה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הדמויות מופיעות באותו מיתוס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כנפיים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של 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הדמות ואת התכונה הבולטת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את הקונפליקט - מול מי או מה היא נאבקת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לשים לב למטמורפוזה ולשאול למה דווקא הצורה הזאת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לחשוב מה המסר של הסיפור גם להיום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דמות ברורה עם תכונה בולטת, מפגש עם דמות אלוהית, שינוי צורה הגיוני שמסביר תופעה בטבע, ומסר או לקח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שינוי צורה שמסמל תכונה 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מתוך הסיפורים שנלמדו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מסר הגיוני הקשור לתכונה כמו גאווה, חמדנות או כישרון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הסיפורים הקצרים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מדוע נבחרה דווקא כל צורה (פרח, עכביש, קול)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המשימה הפתוחה מתאימה לעבודה בזוגות או כשיעורי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סיפורים ומטמורפוזות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במיתולוגיה היוונית יש סיפורים רבים שבהם בני אדם משתנים לצורה אחרת - פרח, עכביש, קול או אבן. השינוי החיצוני מסמל תכונה פנימית כמו גאווה, אהבה או חמדנות.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הפכה אקו בסיפור נרקיס ואקו?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 בלבד (הד)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הפך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 הנרקיס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לפסל שפיגמליון פיסל?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לאישה חיה בשם גלתיאה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טס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למלך מידס כשקיבל את מגע הזהב?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מה שנגע בו הפך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עצמו הפך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איבד את קולו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טס גבוה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הפכה ארכנה?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לאיקרוס בסיפור דדלוס ואיקרוס?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טס גבוה מדי והכנפיים נמסו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קיבל מגע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ארג 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דמות ומטמורפוזה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קיבל כוח להפוך דברים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הפך לאישה חיה (גלתיאה)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הפסל של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הפכה לקול בלבד (הד)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הפך לפרח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פרומתאוס ותיבת פנדורה יש מטמורפוזה (שינוי צורה)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הייתה אורגת מוכשרת לפני שהפכה לעכביש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 של איקרוס ניתן לים שבו הוא נפל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היה מלך שרצה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ונרקיס הם סיפור אחד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מטמורפוזה פירושה __________ 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נרקיס הפך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ארכנה הייתה אורגת מוכשרת שהפכה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מידס קיבל את מגע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דדלוס ואיקרוס ברחו בעזרת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של 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המסר של הסיפור גם להיום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למטמורפוזה ולשאול למה דווקא הצורה הזאת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הקונפליקט - מול מי או מה היא נאבקת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הדמות ואת התכונה הבולטת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מיתוס מטמורפוזה משלכם (10-15 שורות): דמות עם תכונה בולטת, מפגש עם אל או אלה, ושינוי צורה שמסביר משהו בטבע.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מטמורפוזה?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לדמות שהשתנתה ולמה היא השתנתה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שאתם זוכרים מאחד הסיפורים?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סיפורים ומטמורפוזות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